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B8646" w14:textId="65C97CB8" w:rsidR="009E0B22" w:rsidRDefault="00C80D86" w:rsidP="00190BDB">
      <w:pPr>
        <w:pStyle w:val="Heading1"/>
        <w:spacing w:before="100" w:after="80" w:line="240" w:lineRule="auto"/>
        <w:jc w:val="center"/>
        <w:rPr>
          <w:rFonts w:cstheme="majorHAnsi"/>
          <w:color w:val="auto"/>
          <w:sz w:val="36"/>
          <w:szCs w:val="36"/>
        </w:rPr>
      </w:pPr>
      <w:r w:rsidRPr="00512178">
        <w:rPr>
          <w:rFonts w:cstheme="majorHAnsi"/>
          <w:color w:val="auto"/>
          <w:sz w:val="36"/>
          <w:szCs w:val="36"/>
        </w:rPr>
        <w:t>Title</w:t>
      </w:r>
    </w:p>
    <w:p w14:paraId="29C37BD1" w14:textId="6BFCBC92" w:rsidR="00C80D86" w:rsidRDefault="00C80D86" w:rsidP="00190BDB">
      <w:pPr>
        <w:jc w:val="center"/>
        <w:rPr>
          <w:rFonts w:asciiTheme="majorHAnsi" w:hAnsiTheme="majorHAnsi" w:cstheme="majorHAnsi"/>
          <w:color w:val="auto"/>
          <w:vertAlign w:val="superscript"/>
        </w:rPr>
      </w:pPr>
      <w:r w:rsidRPr="00512178">
        <w:rPr>
          <w:rFonts w:asciiTheme="majorHAnsi" w:hAnsiTheme="majorHAnsi" w:cstheme="majorHAnsi"/>
          <w:color w:val="auto"/>
        </w:rPr>
        <w:t>Author’s Full Name</w:t>
      </w:r>
      <w:r w:rsidRPr="004D4059">
        <w:rPr>
          <w:rFonts w:asciiTheme="majorHAnsi" w:hAnsiTheme="majorHAnsi" w:cstheme="majorHAnsi"/>
          <w:color w:val="auto"/>
          <w:vertAlign w:val="superscript"/>
        </w:rPr>
        <w:t>1</w:t>
      </w:r>
      <w:r w:rsidRPr="00512178">
        <w:rPr>
          <w:rFonts w:asciiTheme="majorHAnsi" w:hAnsiTheme="majorHAnsi" w:cstheme="majorHAnsi"/>
          <w:color w:val="auto"/>
        </w:rPr>
        <w:t>, Author’s Full Name</w:t>
      </w:r>
      <w:r w:rsidR="004D4059">
        <w:rPr>
          <w:rFonts w:asciiTheme="majorHAnsi" w:hAnsiTheme="majorHAnsi" w:cstheme="majorHAnsi"/>
          <w:color w:val="auto"/>
          <w:vertAlign w:val="superscript"/>
        </w:rPr>
        <w:t>2</w:t>
      </w:r>
      <w:r w:rsidRPr="00512178">
        <w:rPr>
          <w:rFonts w:asciiTheme="majorHAnsi" w:hAnsiTheme="majorHAnsi" w:cstheme="majorHAnsi"/>
          <w:color w:val="auto"/>
        </w:rPr>
        <w:t>, Author’s Full Name</w:t>
      </w:r>
      <w:r w:rsidRPr="004D4059">
        <w:rPr>
          <w:rFonts w:asciiTheme="majorHAnsi" w:hAnsiTheme="majorHAnsi" w:cstheme="majorHAnsi"/>
          <w:color w:val="auto"/>
          <w:vertAlign w:val="superscript"/>
        </w:rPr>
        <w:t>1,</w:t>
      </w:r>
      <w:proofErr w:type="gramStart"/>
      <w:r w:rsidRPr="004D4059">
        <w:rPr>
          <w:rFonts w:asciiTheme="majorHAnsi" w:hAnsiTheme="majorHAnsi" w:cstheme="majorHAnsi"/>
          <w:color w:val="auto"/>
          <w:vertAlign w:val="superscript"/>
        </w:rPr>
        <w:t>2,*</w:t>
      </w:r>
      <w:proofErr w:type="gramEnd"/>
    </w:p>
    <w:p w14:paraId="1AC46A48" w14:textId="12FFBB5D" w:rsidR="00C80D86" w:rsidRPr="009F22AF" w:rsidRDefault="00C80D86" w:rsidP="00190BDB">
      <w:pPr>
        <w:jc w:val="center"/>
        <w:rPr>
          <w:rFonts w:asciiTheme="majorHAnsi" w:hAnsiTheme="majorHAnsi" w:cstheme="majorHAnsi"/>
          <w:i/>
          <w:iCs/>
          <w:color w:val="auto"/>
          <w:sz w:val="18"/>
          <w:szCs w:val="18"/>
        </w:rPr>
      </w:pPr>
      <w:r w:rsidRPr="009F22AF">
        <w:rPr>
          <w:rFonts w:asciiTheme="majorHAnsi" w:hAnsiTheme="majorHAnsi" w:cstheme="majorHAnsi"/>
          <w:i/>
          <w:iCs/>
          <w:color w:val="auto"/>
          <w:sz w:val="18"/>
          <w:szCs w:val="18"/>
          <w:highlight w:val="white"/>
          <w:vertAlign w:val="superscript"/>
        </w:rPr>
        <w:t>1</w:t>
      </w:r>
      <w:r w:rsidRPr="009F22AF">
        <w:rPr>
          <w:rFonts w:asciiTheme="majorHAnsi" w:hAnsiTheme="majorHAnsi" w:cstheme="majorHAnsi"/>
          <w:i/>
          <w:iCs/>
          <w:color w:val="auto"/>
          <w:sz w:val="18"/>
          <w:szCs w:val="18"/>
          <w:highlight w:val="white"/>
        </w:rPr>
        <w:t>Affiliation; Department, Faculty, University, City, Postal Code, Coun</w:t>
      </w:r>
      <w:r w:rsidRPr="009F22AF">
        <w:rPr>
          <w:rFonts w:asciiTheme="majorHAnsi" w:hAnsiTheme="majorHAnsi" w:cstheme="majorHAnsi"/>
          <w:i/>
          <w:iCs/>
          <w:color w:val="auto"/>
          <w:sz w:val="18"/>
          <w:szCs w:val="18"/>
        </w:rPr>
        <w:t>try</w:t>
      </w:r>
    </w:p>
    <w:p w14:paraId="239873FB" w14:textId="5969A453" w:rsidR="00C80D86" w:rsidRPr="009F22AF" w:rsidRDefault="00C80D86" w:rsidP="00190BDB">
      <w:pPr>
        <w:jc w:val="center"/>
        <w:rPr>
          <w:rFonts w:asciiTheme="majorHAnsi" w:hAnsiTheme="majorHAnsi" w:cstheme="majorHAnsi"/>
          <w:i/>
          <w:iCs/>
          <w:color w:val="auto"/>
          <w:sz w:val="18"/>
          <w:szCs w:val="18"/>
        </w:rPr>
      </w:pPr>
      <w:r w:rsidRPr="009F22AF">
        <w:rPr>
          <w:rFonts w:asciiTheme="majorHAnsi" w:hAnsiTheme="majorHAnsi" w:cstheme="majorHAnsi"/>
          <w:i/>
          <w:iCs/>
          <w:color w:val="auto"/>
          <w:sz w:val="18"/>
          <w:szCs w:val="18"/>
          <w:highlight w:val="white"/>
          <w:vertAlign w:val="superscript"/>
        </w:rPr>
        <w:t>2</w:t>
      </w:r>
      <w:r w:rsidRPr="009F22AF">
        <w:rPr>
          <w:rFonts w:asciiTheme="majorHAnsi" w:hAnsiTheme="majorHAnsi" w:cstheme="majorHAnsi"/>
          <w:i/>
          <w:iCs/>
          <w:color w:val="auto"/>
          <w:sz w:val="18"/>
          <w:szCs w:val="18"/>
          <w:highlight w:val="white"/>
        </w:rPr>
        <w:t>Affiliation; Department, Faculty, University, City, Postal Code, Coun</w:t>
      </w:r>
      <w:r w:rsidRPr="009F22AF">
        <w:rPr>
          <w:rFonts w:asciiTheme="majorHAnsi" w:hAnsiTheme="majorHAnsi" w:cstheme="majorHAnsi"/>
          <w:i/>
          <w:iCs/>
          <w:color w:val="auto"/>
          <w:sz w:val="18"/>
          <w:szCs w:val="18"/>
        </w:rPr>
        <w:t>try</w:t>
      </w:r>
    </w:p>
    <w:p w14:paraId="49CD6C05" w14:textId="3D75D707" w:rsidR="00C80D86" w:rsidRPr="004D4059" w:rsidRDefault="00C80D86" w:rsidP="00190BDB">
      <w:pPr>
        <w:spacing w:after="0"/>
        <w:jc w:val="center"/>
        <w:rPr>
          <w:rFonts w:asciiTheme="majorHAnsi" w:hAnsiTheme="majorHAnsi" w:cstheme="majorHAnsi"/>
          <w:color w:val="auto"/>
          <w:sz w:val="18"/>
          <w:szCs w:val="18"/>
          <w:highlight w:val="white"/>
        </w:rPr>
      </w:pPr>
      <w:r w:rsidRPr="004D4059">
        <w:rPr>
          <w:rFonts w:asciiTheme="majorHAnsi" w:hAnsiTheme="majorHAnsi" w:cstheme="majorHAnsi"/>
          <w:b/>
          <w:bCs/>
          <w:color w:val="auto"/>
          <w:sz w:val="18"/>
          <w:szCs w:val="18"/>
          <w:highlight w:val="white"/>
        </w:rPr>
        <w:t>*</w:t>
      </w:r>
      <w:r w:rsidRPr="004D4059">
        <w:rPr>
          <w:rFonts w:asciiTheme="majorHAnsi" w:hAnsiTheme="majorHAnsi" w:cstheme="majorHAnsi"/>
          <w:color w:val="auto"/>
          <w:sz w:val="18"/>
          <w:szCs w:val="18"/>
          <w:highlight w:val="white"/>
        </w:rPr>
        <w:t>Corresponding author: [Email address]</w:t>
      </w:r>
    </w:p>
    <w:p w14:paraId="44D1F78B" w14:textId="77777777" w:rsidR="00C80D86" w:rsidRPr="007B7E85" w:rsidRDefault="00C80D86" w:rsidP="00C80D86">
      <w:pPr>
        <w:rPr>
          <w:rFonts w:asciiTheme="majorHAnsi" w:hAnsiTheme="majorHAnsi" w:cstheme="majorHAnsi"/>
          <w:color w:val="auto"/>
          <w:sz w:val="22"/>
          <w:szCs w:val="24"/>
        </w:rPr>
      </w:pPr>
    </w:p>
    <w:p w14:paraId="75AF2262" w14:textId="02CA0243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  <w:r w:rsidRPr="002D1476">
        <w:rPr>
          <w:rFonts w:asciiTheme="majorHAnsi" w:hAnsiTheme="majorHAnsi" w:cstheme="majorHAnsi"/>
          <w:b/>
          <w:bCs/>
          <w:color w:val="auto"/>
        </w:rPr>
        <w:t>Abstract:</w:t>
      </w:r>
      <w:r w:rsidRPr="009F22AF">
        <w:rPr>
          <w:rFonts w:asciiTheme="majorHAnsi" w:hAnsiTheme="majorHAnsi" w:cstheme="majorHAnsi"/>
          <w:color w:val="auto"/>
        </w:rPr>
        <w:t xml:space="preserve"> </w:t>
      </w:r>
      <w:r w:rsidR="00B87B5E" w:rsidRPr="00B87B5E">
        <w:rPr>
          <w:rFonts w:asciiTheme="majorHAnsi" w:hAnsiTheme="majorHAnsi" w:cstheme="majorHAnsi" w:hint="eastAsia"/>
          <w:color w:val="auto"/>
        </w:rPr>
        <w:t>The abstract should be prepared in English and should not exceed 350 words</w:t>
      </w:r>
      <w:r w:rsidRPr="009F22AF">
        <w:rPr>
          <w:rFonts w:asciiTheme="majorHAnsi" w:hAnsiTheme="majorHAnsi" w:cstheme="majorHAnsi"/>
          <w:color w:val="auto"/>
        </w:rPr>
        <w:t>.</w:t>
      </w:r>
    </w:p>
    <w:p w14:paraId="5AC704DB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20123E1F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76E5E8B3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6D1D1921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1059FBCE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671DC834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7C965FD5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2FE772A1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5D2554E4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7C3696D3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55452159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581D478B" w14:textId="77777777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</w:p>
    <w:p w14:paraId="764E9521" w14:textId="6718EDCF" w:rsidR="00C80D86" w:rsidRPr="009F22AF" w:rsidRDefault="00C80D86" w:rsidP="00190BDB">
      <w:pPr>
        <w:jc w:val="both"/>
        <w:rPr>
          <w:rFonts w:asciiTheme="majorHAnsi" w:hAnsiTheme="majorHAnsi" w:cstheme="majorHAnsi"/>
          <w:color w:val="auto"/>
        </w:rPr>
      </w:pPr>
      <w:r w:rsidRPr="002D1476">
        <w:rPr>
          <w:rFonts w:asciiTheme="majorHAnsi" w:hAnsiTheme="majorHAnsi" w:cstheme="majorHAnsi"/>
          <w:b/>
          <w:bCs/>
          <w:color w:val="auto"/>
        </w:rPr>
        <w:t>Keywords:</w:t>
      </w:r>
      <w:r w:rsidRPr="009F22AF">
        <w:rPr>
          <w:rFonts w:asciiTheme="majorHAnsi" w:hAnsiTheme="majorHAnsi" w:cstheme="majorHAnsi"/>
          <w:color w:val="auto"/>
        </w:rPr>
        <w:t xml:space="preserve"> 3-5 words, capitalized initial letter for each word</w:t>
      </w:r>
    </w:p>
    <w:p w14:paraId="77C38A2A" w14:textId="1AE476BD" w:rsidR="00C80D86" w:rsidRDefault="00C80D86" w:rsidP="00190BDB">
      <w:pPr>
        <w:jc w:val="both"/>
        <w:rPr>
          <w:rFonts w:asciiTheme="majorHAnsi" w:hAnsiTheme="majorHAnsi" w:cstheme="majorHAnsi"/>
          <w:color w:val="auto"/>
        </w:rPr>
      </w:pPr>
      <w:r w:rsidRPr="002D1476">
        <w:rPr>
          <w:rFonts w:asciiTheme="majorHAnsi" w:hAnsiTheme="majorHAnsi" w:cstheme="majorHAnsi"/>
          <w:b/>
          <w:bCs/>
          <w:color w:val="auto"/>
        </w:rPr>
        <w:t>Acknowledgments:</w:t>
      </w:r>
      <w:r w:rsidRPr="009F22AF">
        <w:rPr>
          <w:rFonts w:asciiTheme="majorHAnsi" w:hAnsiTheme="majorHAnsi" w:cstheme="majorHAnsi"/>
          <w:color w:val="auto"/>
        </w:rPr>
        <w:t xml:space="preserve"> This work was funded by…</w:t>
      </w:r>
    </w:p>
    <w:p w14:paraId="54904729" w14:textId="3E06D067" w:rsidR="00630795" w:rsidRDefault="00630795" w:rsidP="00190BDB">
      <w:pPr>
        <w:jc w:val="both"/>
        <w:rPr>
          <w:rFonts w:asciiTheme="majorHAnsi" w:hAnsiTheme="majorHAnsi" w:cstheme="majorHAnsi"/>
          <w:color w:val="auto"/>
        </w:rPr>
      </w:pPr>
    </w:p>
    <w:p w14:paraId="6F13849C" w14:textId="77777777" w:rsidR="00630795" w:rsidRPr="00630795" w:rsidRDefault="00630795" w:rsidP="002D1476">
      <w:pPr>
        <w:jc w:val="both"/>
        <w:rPr>
          <w:rFonts w:asciiTheme="majorHAnsi" w:hAnsiTheme="majorHAnsi" w:cstheme="majorHAnsi"/>
          <w:b/>
          <w:bCs/>
          <w:color w:val="auto"/>
        </w:rPr>
      </w:pPr>
      <w:r w:rsidRPr="00630795">
        <w:rPr>
          <w:rFonts w:asciiTheme="majorHAnsi" w:hAnsiTheme="majorHAnsi" w:cstheme="majorHAnsi" w:hint="eastAsia"/>
          <w:b/>
          <w:bCs/>
          <w:color w:val="auto"/>
        </w:rPr>
        <w:t>Please follow the guidelines below:</w:t>
      </w:r>
    </w:p>
    <w:p w14:paraId="186427ED" w14:textId="618EDE30" w:rsidR="005E1AF9" w:rsidRDefault="00630795" w:rsidP="002D1476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color w:val="auto"/>
        </w:rPr>
      </w:pPr>
      <w:r w:rsidRPr="005E1AF9">
        <w:rPr>
          <w:rFonts w:asciiTheme="majorHAnsi" w:hAnsiTheme="majorHAnsi" w:cstheme="majorHAnsi" w:hint="eastAsia"/>
          <w:color w:val="auto"/>
        </w:rPr>
        <w:t xml:space="preserve">Please indicate the presenter </w:t>
      </w:r>
      <w:r w:rsidR="004D4059" w:rsidRPr="005E1AF9">
        <w:rPr>
          <w:rFonts w:asciiTheme="majorHAnsi" w:hAnsiTheme="majorHAnsi" w:cstheme="majorHAnsi" w:hint="eastAsia"/>
          <w:color w:val="auto"/>
        </w:rPr>
        <w:t xml:space="preserve">with an underline </w:t>
      </w:r>
      <w:r w:rsidRPr="005E1AF9">
        <w:rPr>
          <w:rFonts w:asciiTheme="majorHAnsi" w:hAnsiTheme="majorHAnsi" w:cstheme="majorHAnsi" w:hint="eastAsia"/>
          <w:color w:val="auto"/>
        </w:rPr>
        <w:t xml:space="preserve">and corresponding author </w:t>
      </w:r>
      <w:r w:rsidR="004D4059">
        <w:rPr>
          <w:rFonts w:asciiTheme="majorHAnsi" w:hAnsiTheme="majorHAnsi" w:cstheme="majorHAnsi"/>
          <w:color w:val="auto"/>
        </w:rPr>
        <w:t>with</w:t>
      </w:r>
      <w:r w:rsidRPr="005E1AF9">
        <w:rPr>
          <w:rFonts w:asciiTheme="majorHAnsi" w:hAnsiTheme="majorHAnsi" w:cstheme="majorHAnsi" w:hint="eastAsia"/>
          <w:color w:val="auto"/>
        </w:rPr>
        <w:t xml:space="preserve"> an asterisk (*).</w:t>
      </w:r>
    </w:p>
    <w:p w14:paraId="6570DBBB" w14:textId="7EFEB35E" w:rsidR="005E1AF9" w:rsidRPr="005E1AF9" w:rsidRDefault="005E1AF9" w:rsidP="002D1476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 xml:space="preserve">Please choose the type of the presentation: Poster or Oral presentation. </w:t>
      </w:r>
    </w:p>
    <w:p w14:paraId="78F5E0E9" w14:textId="156E686E" w:rsidR="00630795" w:rsidRPr="005E1AF9" w:rsidRDefault="00630795" w:rsidP="002D1476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color w:val="auto"/>
        </w:rPr>
      </w:pPr>
      <w:r w:rsidRPr="005E1AF9">
        <w:rPr>
          <w:rFonts w:asciiTheme="majorHAnsi" w:hAnsiTheme="majorHAnsi" w:cstheme="majorHAnsi" w:hint="eastAsia"/>
          <w:color w:val="auto"/>
        </w:rPr>
        <w:t xml:space="preserve">The abstract should not exceed 350 words, prepared in English using Microsoft Word. </w:t>
      </w:r>
    </w:p>
    <w:p w14:paraId="0BC24B60" w14:textId="37771D61" w:rsidR="00630795" w:rsidRPr="005E1AF9" w:rsidRDefault="00630795" w:rsidP="002D1476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color w:val="auto"/>
        </w:rPr>
      </w:pPr>
      <w:r w:rsidRPr="005E1AF9">
        <w:rPr>
          <w:rFonts w:asciiTheme="majorHAnsi" w:hAnsiTheme="majorHAnsi" w:cstheme="majorHAnsi" w:hint="eastAsia"/>
          <w:color w:val="auto"/>
        </w:rPr>
        <w:t>Please also include an e-mail address of the corresponding author.</w:t>
      </w:r>
    </w:p>
    <w:p w14:paraId="2675D776" w14:textId="73695FF5" w:rsidR="00630795" w:rsidRPr="002D1476" w:rsidRDefault="00630795" w:rsidP="002D1476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color w:val="auto"/>
        </w:rPr>
      </w:pPr>
      <w:r w:rsidRPr="005E1AF9">
        <w:rPr>
          <w:rFonts w:asciiTheme="majorHAnsi" w:hAnsiTheme="majorHAnsi" w:cstheme="majorHAnsi" w:hint="eastAsia"/>
          <w:color w:val="auto"/>
        </w:rPr>
        <w:t xml:space="preserve">Please submit your abstract </w:t>
      </w:r>
      <w:r w:rsidRPr="005E1AF9">
        <w:rPr>
          <w:rFonts w:asciiTheme="majorHAnsi" w:hAnsiTheme="majorHAnsi" w:cstheme="majorHAnsi"/>
          <w:color w:val="auto"/>
        </w:rPr>
        <w:t xml:space="preserve">by sending on the email address </w:t>
      </w:r>
      <w:r w:rsidR="002D1476" w:rsidRPr="002D1476">
        <w:rPr>
          <w:rFonts w:asciiTheme="majorHAnsi" w:hAnsiTheme="majorHAnsi" w:cstheme="majorHAnsi"/>
          <w:b/>
          <w:bCs/>
          <w:color w:val="auto"/>
        </w:rPr>
        <w:t>vivendi@vin.bg.ac.rs</w:t>
      </w:r>
      <w:r w:rsidRPr="005E1AF9">
        <w:rPr>
          <w:rFonts w:asciiTheme="majorHAnsi" w:hAnsiTheme="majorHAnsi" w:cstheme="majorHAnsi" w:hint="eastAsia"/>
          <w:color w:val="auto"/>
        </w:rPr>
        <w:t>.</w:t>
      </w:r>
      <w:r w:rsidR="002D1476">
        <w:rPr>
          <w:rFonts w:asciiTheme="majorHAnsi" w:hAnsiTheme="majorHAnsi" w:cstheme="majorHAnsi"/>
          <w:color w:val="auto"/>
        </w:rPr>
        <w:t xml:space="preserve"> </w:t>
      </w:r>
      <w:r w:rsidRPr="002D1476">
        <w:rPr>
          <w:rFonts w:asciiTheme="majorHAnsi" w:hAnsiTheme="majorHAnsi" w:cstheme="majorHAnsi" w:hint="eastAsia"/>
          <w:color w:val="auto"/>
        </w:rPr>
        <w:t xml:space="preserve">Deadline for abstract submission is </w:t>
      </w:r>
      <w:r w:rsidRPr="002D1476">
        <w:rPr>
          <w:rFonts w:asciiTheme="majorHAnsi" w:hAnsiTheme="majorHAnsi" w:cstheme="majorHAnsi"/>
          <w:b/>
          <w:bCs/>
          <w:color w:val="auto"/>
        </w:rPr>
        <w:t>20.9.</w:t>
      </w:r>
      <w:r w:rsidRPr="002D1476">
        <w:rPr>
          <w:rFonts w:asciiTheme="majorHAnsi" w:hAnsiTheme="majorHAnsi" w:cstheme="majorHAnsi" w:hint="eastAsia"/>
          <w:b/>
          <w:bCs/>
          <w:color w:val="auto"/>
        </w:rPr>
        <w:t>2026.</w:t>
      </w:r>
    </w:p>
    <w:sectPr w:rsidR="00630795" w:rsidRPr="002D1476" w:rsidSect="00C331BD">
      <w:headerReference w:type="default" r:id="rId8"/>
      <w:pgSz w:w="12240" w:h="15840"/>
      <w:pgMar w:top="1355" w:right="1008" w:bottom="79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0051E" w14:textId="77777777" w:rsidR="00AE4322" w:rsidRDefault="00AE432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D5818E8" w14:textId="77777777" w:rsidR="00AE4322" w:rsidRDefault="00AE432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4CAF5" w14:textId="77777777" w:rsidR="00AE4322" w:rsidRDefault="00AE432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0AD18C" w14:textId="77777777" w:rsidR="00AE4322" w:rsidRDefault="00AE432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2490" w14:textId="3616443B" w:rsidR="00AD5160" w:rsidRDefault="00346128" w:rsidP="00AD5160">
    <w:pPr>
      <w:pStyle w:val="NormalWeb"/>
      <w:shd w:val="clear" w:color="auto" w:fill="FFFFFF"/>
      <w:spacing w:before="0" w:beforeAutospacing="0" w:after="0" w:afterAutospacing="0"/>
      <w:jc w:val="center"/>
      <w:rPr>
        <w:rFonts w:ascii="Aptos" w:hAnsi="Aptos"/>
        <w:color w:val="253746"/>
        <w:sz w:val="20"/>
        <w:szCs w:val="20"/>
      </w:rPr>
    </w:pPr>
    <w:r w:rsidRPr="00AD5160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AC3506C" wp14:editId="007E7570">
              <wp:simplePos x="0" y="0"/>
              <wp:positionH relativeFrom="page">
                <wp:posOffset>385445</wp:posOffset>
              </wp:positionH>
              <wp:positionV relativeFrom="paragraph">
                <wp:posOffset>-358140</wp:posOffset>
              </wp:positionV>
              <wp:extent cx="1524000" cy="883920"/>
              <wp:effectExtent l="0" t="0" r="0" b="0"/>
              <wp:wrapTopAndBottom/>
              <wp:docPr id="1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4000" cy="883920"/>
                        <a:chOff x="0" y="0"/>
                        <a:chExt cx="6306929" cy="3775060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6929" cy="3775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5" name="Graphic 4" descr="A brushstroke"/>
                      <wps:cNvSpPr/>
                      <wps:spPr>
                        <a:xfrm>
                          <a:off x="1374679" y="2516018"/>
                          <a:ext cx="3990744" cy="181421"/>
                        </a:xfrm>
                        <a:custGeom>
                          <a:avLst/>
                          <a:gdLst>
                            <a:gd name="connsiteX0" fmla="*/ 3869808 w 3990744"/>
                            <a:gd name="connsiteY0" fmla="*/ 156706 h 181421"/>
                            <a:gd name="connsiteX1" fmla="*/ 3818641 w 3990744"/>
                            <a:gd name="connsiteY1" fmla="*/ 154424 h 181421"/>
                            <a:gd name="connsiteX2" fmla="*/ 2842309 w 3990744"/>
                            <a:gd name="connsiteY2" fmla="*/ 139665 h 181421"/>
                            <a:gd name="connsiteX3" fmla="*/ 2078759 w 3990744"/>
                            <a:gd name="connsiteY3" fmla="*/ 135970 h 181421"/>
                            <a:gd name="connsiteX4" fmla="*/ 2078759 w 3990744"/>
                            <a:gd name="connsiteY4" fmla="*/ 136011 h 181421"/>
                            <a:gd name="connsiteX5" fmla="*/ 3817224 w 3990744"/>
                            <a:gd name="connsiteY5" fmla="*/ 165747 h 181421"/>
                            <a:gd name="connsiteX6" fmla="*/ 3817269 w 3990744"/>
                            <a:gd name="connsiteY6" fmla="*/ 165784 h 181421"/>
                            <a:gd name="connsiteX7" fmla="*/ 3615952 w 3990744"/>
                            <a:gd name="connsiteY7" fmla="*/ 181421 h 181421"/>
                            <a:gd name="connsiteX8" fmla="*/ 3058133 w 3990744"/>
                            <a:gd name="connsiteY8" fmla="*/ 173931 h 181421"/>
                            <a:gd name="connsiteX9" fmla="*/ 3058133 w 3990744"/>
                            <a:gd name="connsiteY9" fmla="*/ 159274 h 181421"/>
                            <a:gd name="connsiteX10" fmla="*/ 1523917 w 3990744"/>
                            <a:gd name="connsiteY10" fmla="*/ 159274 h 181421"/>
                            <a:gd name="connsiteX11" fmla="*/ 1529870 w 3990744"/>
                            <a:gd name="connsiteY11" fmla="*/ 165456 h 181421"/>
                            <a:gd name="connsiteX12" fmla="*/ 1527624 w 3990744"/>
                            <a:gd name="connsiteY12" fmla="*/ 166637 h 181421"/>
                            <a:gd name="connsiteX13" fmla="*/ 1534938 w 3990744"/>
                            <a:gd name="connsiteY13" fmla="*/ 166586 h 181421"/>
                            <a:gd name="connsiteX14" fmla="*/ 3036832 w 3990744"/>
                            <a:gd name="connsiteY14" fmla="*/ 173752 h 181421"/>
                            <a:gd name="connsiteX15" fmla="*/ 3036909 w 3990744"/>
                            <a:gd name="connsiteY15" fmla="*/ 173754 h 181421"/>
                            <a:gd name="connsiteX16" fmla="*/ 652233 w 3990744"/>
                            <a:gd name="connsiteY16" fmla="*/ 174039 h 181421"/>
                            <a:gd name="connsiteX17" fmla="*/ 512795 w 3990744"/>
                            <a:gd name="connsiteY17" fmla="*/ 174039 h 181421"/>
                            <a:gd name="connsiteX18" fmla="*/ 94570 w 3990744"/>
                            <a:gd name="connsiteY18" fmla="*/ 159276 h 181421"/>
                            <a:gd name="connsiteX19" fmla="*/ 94470 w 3990744"/>
                            <a:gd name="connsiteY19" fmla="*/ 159249 h 181421"/>
                            <a:gd name="connsiteX20" fmla="*/ 268754 w 3990744"/>
                            <a:gd name="connsiteY20" fmla="*/ 111294 h 181421"/>
                            <a:gd name="connsiteX21" fmla="*/ 268754 w 3990744"/>
                            <a:gd name="connsiteY21" fmla="*/ 96534 h 181421"/>
                            <a:gd name="connsiteX22" fmla="*/ 164128 w 3990744"/>
                            <a:gd name="connsiteY22" fmla="*/ 11642 h 181421"/>
                            <a:gd name="connsiteX23" fmla="*/ 1279809 w 3990744"/>
                            <a:gd name="connsiteY23" fmla="*/ 4262 h 181421"/>
                            <a:gd name="connsiteX24" fmla="*/ 2116625 w 3990744"/>
                            <a:gd name="connsiteY24" fmla="*/ 4262 h 181421"/>
                            <a:gd name="connsiteX25" fmla="*/ 3302075 w 3990744"/>
                            <a:gd name="connsiteY25" fmla="*/ 26405 h 181421"/>
                            <a:gd name="connsiteX26" fmla="*/ 3755467 w 3990744"/>
                            <a:gd name="connsiteY26" fmla="*/ 30096 h 181421"/>
                            <a:gd name="connsiteX27" fmla="*/ 3799885 w 3990744"/>
                            <a:gd name="connsiteY27" fmla="*/ 52020 h 181421"/>
                            <a:gd name="connsiteX28" fmla="*/ 3116084 w 3990744"/>
                            <a:gd name="connsiteY28" fmla="*/ 48704 h 181421"/>
                            <a:gd name="connsiteX29" fmla="*/ 2299861 w 3990744"/>
                            <a:gd name="connsiteY29" fmla="*/ 33039 h 181421"/>
                            <a:gd name="connsiteX30" fmla="*/ 2307784 w 3990744"/>
                            <a:gd name="connsiteY30" fmla="*/ 33490 h 181421"/>
                            <a:gd name="connsiteX31" fmla="*/ 3116073 w 3990744"/>
                            <a:gd name="connsiteY31" fmla="*/ 48704 h 181421"/>
                            <a:gd name="connsiteX32" fmla="*/ 3792692 w 3990744"/>
                            <a:gd name="connsiteY32" fmla="*/ 59090 h 181421"/>
                            <a:gd name="connsiteX33" fmla="*/ 3790269 w 3990744"/>
                            <a:gd name="connsiteY33" fmla="*/ 81769 h 181421"/>
                            <a:gd name="connsiteX34" fmla="*/ 3894839 w 3990744"/>
                            <a:gd name="connsiteY34" fmla="*/ 81769 h 181421"/>
                            <a:gd name="connsiteX35" fmla="*/ 3929795 w 3990744"/>
                            <a:gd name="connsiteY35" fmla="*/ 144518 h 181421"/>
                            <a:gd name="connsiteX36" fmla="*/ 3869808 w 3990744"/>
                            <a:gd name="connsiteY36" fmla="*/ 156706 h 181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3990744" h="181421">
                              <a:moveTo>
                                <a:pt x="3869808" y="156706"/>
                              </a:moveTo>
                              <a:cubicBezTo>
                                <a:pt x="3852712" y="155929"/>
                                <a:pt x="3835582" y="155144"/>
                                <a:pt x="3818641" y="154424"/>
                              </a:cubicBezTo>
                              <a:cubicBezTo>
                                <a:pt x="3504809" y="143356"/>
                                <a:pt x="3190987" y="147045"/>
                                <a:pt x="2842309" y="139665"/>
                              </a:cubicBezTo>
                              <a:cubicBezTo>
                                <a:pt x="2599385" y="132318"/>
                                <a:pt x="2321948" y="135935"/>
                                <a:pt x="2078759" y="135970"/>
                              </a:cubicBezTo>
                              <a:cubicBezTo>
                                <a:pt x="2076844" y="135970"/>
                                <a:pt x="2076844" y="135988"/>
                                <a:pt x="2078759" y="136011"/>
                              </a:cubicBezTo>
                              <a:cubicBezTo>
                                <a:pt x="2656075" y="142763"/>
                                <a:pt x="3262615" y="140251"/>
                                <a:pt x="3817224" y="165747"/>
                              </a:cubicBezTo>
                              <a:cubicBezTo>
                                <a:pt x="3817313" y="165751"/>
                                <a:pt x="3817335" y="165772"/>
                                <a:pt x="3817269" y="165784"/>
                              </a:cubicBezTo>
                              <a:cubicBezTo>
                                <a:pt x="3761122" y="174482"/>
                                <a:pt x="3694042" y="181421"/>
                                <a:pt x="3615952" y="181421"/>
                              </a:cubicBezTo>
                              <a:cubicBezTo>
                                <a:pt x="3427858" y="177985"/>
                                <a:pt x="3242232" y="175579"/>
                                <a:pt x="3058133" y="173931"/>
                              </a:cubicBezTo>
                              <a:lnTo>
                                <a:pt x="3058133" y="159274"/>
                              </a:lnTo>
                              <a:cubicBezTo>
                                <a:pt x="2535128" y="170348"/>
                                <a:pt x="2046923" y="140819"/>
                                <a:pt x="1523917" y="159274"/>
                              </a:cubicBezTo>
                              <a:cubicBezTo>
                                <a:pt x="1539553" y="160928"/>
                                <a:pt x="1534241" y="163317"/>
                                <a:pt x="1529870" y="165456"/>
                              </a:cubicBezTo>
                              <a:cubicBezTo>
                                <a:pt x="1529040" y="165862"/>
                                <a:pt x="1527624" y="166637"/>
                                <a:pt x="1527624" y="166637"/>
                              </a:cubicBezTo>
                              <a:cubicBezTo>
                                <a:pt x="1527624" y="166637"/>
                                <a:pt x="1532504" y="166602"/>
                                <a:pt x="1534938" y="166586"/>
                              </a:cubicBezTo>
                              <a:cubicBezTo>
                                <a:pt x="2046624" y="163075"/>
                                <a:pt x="2525534" y="166629"/>
                                <a:pt x="3036832" y="173752"/>
                              </a:cubicBezTo>
                              <a:cubicBezTo>
                                <a:pt x="3036921" y="173754"/>
                                <a:pt x="3036965" y="173754"/>
                                <a:pt x="3036909" y="173754"/>
                              </a:cubicBezTo>
                              <a:cubicBezTo>
                                <a:pt x="2239144" y="166850"/>
                                <a:pt x="1469983" y="174039"/>
                                <a:pt x="652233" y="174039"/>
                              </a:cubicBezTo>
                              <a:cubicBezTo>
                                <a:pt x="617421" y="174039"/>
                                <a:pt x="547663" y="174039"/>
                                <a:pt x="512795" y="174039"/>
                              </a:cubicBezTo>
                              <a:cubicBezTo>
                                <a:pt x="373368" y="162975"/>
                                <a:pt x="233897" y="159278"/>
                                <a:pt x="94570" y="159276"/>
                              </a:cubicBezTo>
                              <a:cubicBezTo>
                                <a:pt x="94492" y="159276"/>
                                <a:pt x="94437" y="159261"/>
                                <a:pt x="94470" y="159249"/>
                              </a:cubicBezTo>
                              <a:cubicBezTo>
                                <a:pt x="129094" y="140786"/>
                                <a:pt x="-10111" y="103916"/>
                                <a:pt x="268754" y="111294"/>
                              </a:cubicBezTo>
                              <a:lnTo>
                                <a:pt x="268754" y="96534"/>
                              </a:lnTo>
                              <a:cubicBezTo>
                                <a:pt x="-10244" y="78080"/>
                                <a:pt x="-114870" y="26405"/>
                                <a:pt x="164128" y="11642"/>
                              </a:cubicBezTo>
                              <a:cubicBezTo>
                                <a:pt x="477894" y="-3118"/>
                                <a:pt x="896341" y="11642"/>
                                <a:pt x="1279809" y="4262"/>
                              </a:cubicBezTo>
                              <a:cubicBezTo>
                                <a:pt x="1558818" y="571"/>
                                <a:pt x="1837772" y="-3120"/>
                                <a:pt x="2116625" y="4262"/>
                              </a:cubicBezTo>
                              <a:cubicBezTo>
                                <a:pt x="2500160" y="15335"/>
                                <a:pt x="2918596" y="11642"/>
                                <a:pt x="3302075" y="26405"/>
                              </a:cubicBezTo>
                              <a:cubicBezTo>
                                <a:pt x="3441602" y="30096"/>
                                <a:pt x="3685710" y="19026"/>
                                <a:pt x="3755467" y="30096"/>
                              </a:cubicBezTo>
                              <a:cubicBezTo>
                                <a:pt x="3805561" y="35401"/>
                                <a:pt x="3807553" y="43258"/>
                                <a:pt x="3799885" y="52020"/>
                              </a:cubicBezTo>
                              <a:cubicBezTo>
                                <a:pt x="3570627" y="50718"/>
                                <a:pt x="3342077" y="50314"/>
                                <a:pt x="3116084" y="48704"/>
                              </a:cubicBezTo>
                              <a:cubicBezTo>
                                <a:pt x="2843969" y="44647"/>
                                <a:pt x="2571821" y="40144"/>
                                <a:pt x="2299861" y="33039"/>
                              </a:cubicBezTo>
                              <a:cubicBezTo>
                                <a:pt x="2294738" y="32905"/>
                                <a:pt x="2300027" y="33209"/>
                                <a:pt x="2307784" y="33490"/>
                              </a:cubicBezTo>
                              <a:cubicBezTo>
                                <a:pt x="2571412" y="42986"/>
                                <a:pt x="2841845" y="46748"/>
                                <a:pt x="3116073" y="48704"/>
                              </a:cubicBezTo>
                              <a:cubicBezTo>
                                <a:pt x="3341546" y="52071"/>
                                <a:pt x="3567186" y="55135"/>
                                <a:pt x="3792692" y="59090"/>
                              </a:cubicBezTo>
                              <a:cubicBezTo>
                                <a:pt x="3784448" y="66624"/>
                                <a:pt x="3776514" y="74481"/>
                                <a:pt x="3790269" y="81769"/>
                              </a:cubicBezTo>
                              <a:lnTo>
                                <a:pt x="3894839" y="81769"/>
                              </a:lnTo>
                              <a:cubicBezTo>
                                <a:pt x="4034365" y="100223"/>
                                <a:pt x="3999409" y="126064"/>
                                <a:pt x="3929795" y="144518"/>
                              </a:cubicBezTo>
                              <a:cubicBezTo>
                                <a:pt x="3912035" y="148258"/>
                                <a:pt x="3892072" y="152485"/>
                                <a:pt x="3869808" y="1567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1053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FD40A1" id="Group 19" o:spid="_x0000_s1026" style="position:absolute;margin-left:30.35pt;margin-top:-28.2pt;width:120pt;height:69.6pt;z-index:251656192;mso-position-horizontal-relative:page;mso-width-relative:margin;mso-height-relative:margin" coordsize="63069,37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width:63069;height:37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">
                <v:imagedata r:id="rId2" o:title=""/>
              </v:shape>
              <v:shape id="Graphic 4" o:spid="_x0000_s1028" alt="A brushstroke" style="position:absolute;left:13746;top:25160;width:39908;height:1814;visibility:visible;mso-wrap-style:square;v-text-anchor:middle" coordsize="3990744,18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" path="m3869808,156706v-17096,-777,-34226,-1562,-51167,-2282c3504809,143356,3190987,147045,2842309,139665v-242924,-7347,-520361,-3730,-763550,-3695c2076844,135970,2076844,135988,2078759,136011v577316,6752,1183856,4240,1738465,29736c3817313,165751,3817335,165772,3817269,165784v-56147,8698,-123227,15637,-201317,15637c3427858,177985,3242232,175579,3058133,173931r,-14657c2535128,170348,2046923,140819,1523917,159274v15636,1654,10324,4043,5953,6182c1529040,165862,1527624,166637,1527624,166637v,,4880,-35,7314,-51c2046624,163075,2525534,166629,3036832,173752v89,2,133,2,77,2c2239144,166850,1469983,174039,652233,174039v-34812,,-104570,,-139438,c373368,162975,233897,159278,94570,159276v-78,,-133,-15,-100,-27c129094,140786,-10111,103916,268754,111294r,-14760c-10244,78080,-114870,26405,164128,11642v313766,-14760,732213,,1115681,-7380c1558818,571,1837772,-3120,2116625,4262v383535,11073,801971,7380,1185450,22143c3441602,30096,3685710,19026,3755467,30096v50094,5305,52086,13162,44418,21924c3570627,50718,3342077,50314,3116084,48704,2843969,44647,2571821,40144,2299861,33039v-5123,-134,166,170,7923,451c2571412,42986,2841845,46748,3116073,48704v225473,3367,451113,6431,676619,10386c3784448,66624,3776514,74481,3790269,81769r104570,c4034365,100223,3999409,126064,3929795,144518v-17760,3740,-37723,7967,-59987,12188xe" fillcolor="#ffc000" stroked="f" strokeweight=".30703mm">
                <v:stroke joinstyle="miter"/>
                <v:path arrowok="t" o:connecttype="custom" o:connectlocs="3869808,156706;3818641,154424;2842309,139665;2078759,135970;2078759,136011;3817224,165747;3817269,165784;3615952,181421;3058133,173931;3058133,159274;1523917,159274;1529870,165456;1527624,166637;1534938,166586;3036832,173752;3036909,173754;652233,174039;512795,174039;94570,159276;94470,159249;268754,111294;268754,96534;164128,11642;1279809,4262;2116625,4262;3302075,26405;3755467,30096;3799885,52020;3116084,48704;2299861,33039;2307784,33490;3116073,48704;3792692,59090;3790269,81769;3894839,81769;3929795,144518;3869808,156706" o:connectangles="0,0,0,0,0,0,0,0,0,0,0,0,0,0,0,0,0,0,0,0,0,0,0,0,0,0,0,0,0,0,0,0,0,0,0,0,0"/>
              </v:shape>
              <w10:wrap type="topAndBottom" anchorx="page"/>
            </v:group>
          </w:pict>
        </mc:Fallback>
      </mc:AlternateContent>
    </w:r>
    <w:r w:rsidR="00AD5160" w:rsidRPr="00AD5160">
      <w:rPr>
        <w:rFonts w:ascii="Aptos Display" w:hAnsi="Aptos Display"/>
        <w:b/>
        <w:bCs/>
        <w:color w:val="17365D"/>
        <w:sz w:val="21"/>
        <w:szCs w:val="20"/>
      </w:rPr>
      <w:t>INNOVATIVE WAYS OF BIOMASS VALORIZATION</w:t>
    </w: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2610"/>
      <w:gridCol w:w="617"/>
      <w:gridCol w:w="4603"/>
      <w:gridCol w:w="2610"/>
    </w:tblGrid>
    <w:tr w:rsidR="00AD5160" w14:paraId="571033A7" w14:textId="77777777" w:rsidTr="00AD5160">
      <w:trPr>
        <w:jc w:val="center"/>
      </w:trPr>
      <w:tc>
        <w:tcPr>
          <w:tcW w:w="2610" w:type="dxa"/>
        </w:tcPr>
        <w:p w14:paraId="6F379E68" w14:textId="586BAE9B" w:rsidR="00AD5160" w:rsidRDefault="00AD5160" w:rsidP="00AD5160">
          <w:pPr>
            <w:rPr>
              <w:rFonts w:hint="eastAsia"/>
            </w:rPr>
          </w:pPr>
        </w:p>
      </w:tc>
      <w:tc>
        <w:tcPr>
          <w:tcW w:w="617" w:type="dxa"/>
        </w:tcPr>
        <w:p w14:paraId="43C4DB8A" w14:textId="77777777" w:rsidR="00AD5160" w:rsidRDefault="00AD5160" w:rsidP="00AD5160">
          <w:pPr>
            <w:jc w:val="center"/>
            <w:rPr>
              <w:rFonts w:hint="eastAsia"/>
            </w:rPr>
          </w:pPr>
        </w:p>
      </w:tc>
      <w:tc>
        <w:tcPr>
          <w:tcW w:w="4603" w:type="dxa"/>
        </w:tcPr>
        <w:p w14:paraId="72271C5D" w14:textId="6B27E134" w:rsidR="00AD5160" w:rsidRDefault="00AD5160" w:rsidP="00AD5160">
          <w:pPr>
            <w:rPr>
              <w:rFonts w:hint="eastAsia"/>
            </w:rPr>
          </w:pPr>
          <w:r>
            <w:rPr>
              <w:color w:val="465B6C"/>
              <w:sz w:val="17"/>
              <w:szCs w:val="17"/>
              <w:shd w:val="clear" w:color="auto" w:fill="FFFFFF"/>
            </w:rPr>
            <w:t>Workshop • October 15–16, 2026 • Belgrade, Serbia</w:t>
          </w:r>
        </w:p>
      </w:tc>
      <w:tc>
        <w:tcPr>
          <w:tcW w:w="2610" w:type="dxa"/>
        </w:tcPr>
        <w:p w14:paraId="617816D1" w14:textId="1D5DBA9A" w:rsidR="00AD5160" w:rsidRDefault="00346128" w:rsidP="00AD5160">
          <w:pPr>
            <w:jc w:val="right"/>
            <w:rPr>
              <w:rFonts w:hint="eastAsia"/>
            </w:rPr>
          </w:pPr>
          <w:r w:rsidRPr="00AD5160">
            <w:rPr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79E5A554" wp14:editId="016CD165">
                <wp:simplePos x="0" y="0"/>
                <wp:positionH relativeFrom="column">
                  <wp:posOffset>-163829</wp:posOffset>
                </wp:positionH>
                <wp:positionV relativeFrom="paragraph">
                  <wp:posOffset>-327242</wp:posOffset>
                </wp:positionV>
                <wp:extent cx="1684020" cy="569812"/>
                <wp:effectExtent l="0" t="0" r="0" b="0"/>
                <wp:wrapNone/>
                <wp:docPr id="9" name="Picture 2" descr="Fond za nauk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 descr="Fond za nauk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8632" cy="57137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8EFEF64" w14:textId="35F4F618" w:rsidR="00AC1E65" w:rsidRDefault="00AD5160" w:rsidP="00AD5160">
    <w:pPr>
      <w:spacing w:after="40"/>
      <w:rPr>
        <w:rFonts w:hint="eastAsia"/>
      </w:rPr>
    </w:pPr>
    <w:r>
      <w:rPr>
        <w:color w:val="1769A6"/>
        <w:sz w:val="10"/>
      </w:rPr>
      <w:t>━━━━━━━━━━━━━━━━━━━━━━━━━━━━━━━━━━━━━━━━━━━━━━━━━━━━━━━━━━━━━━━━━━━━━━━━━━━━━━━━━━━━━━━━━━━━━━━━━━</w:t>
    </w:r>
    <w:r w:rsidR="00346128">
      <w:rPr>
        <w:color w:val="1769A6"/>
        <w:sz w:val="10"/>
      </w:rPr>
      <w:t>━━━━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6D20FC6"/>
    <w:multiLevelType w:val="hybridMultilevel"/>
    <w:tmpl w:val="A8042304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6B0"/>
    <w:rsid w:val="00032E81"/>
    <w:rsid w:val="00034616"/>
    <w:rsid w:val="0006063C"/>
    <w:rsid w:val="0015074B"/>
    <w:rsid w:val="00174F9B"/>
    <w:rsid w:val="00190BDB"/>
    <w:rsid w:val="0029639D"/>
    <w:rsid w:val="002C3952"/>
    <w:rsid w:val="002D1476"/>
    <w:rsid w:val="00326F90"/>
    <w:rsid w:val="003412D7"/>
    <w:rsid w:val="00346128"/>
    <w:rsid w:val="004A44ED"/>
    <w:rsid w:val="004D4059"/>
    <w:rsid w:val="00512178"/>
    <w:rsid w:val="005E1AF9"/>
    <w:rsid w:val="005F4C1F"/>
    <w:rsid w:val="00630795"/>
    <w:rsid w:val="00702D51"/>
    <w:rsid w:val="00735600"/>
    <w:rsid w:val="007B7E85"/>
    <w:rsid w:val="007D781E"/>
    <w:rsid w:val="008D2D43"/>
    <w:rsid w:val="009E0B22"/>
    <w:rsid w:val="009F22AF"/>
    <w:rsid w:val="00A81F97"/>
    <w:rsid w:val="00AA1D8D"/>
    <w:rsid w:val="00AA391B"/>
    <w:rsid w:val="00AA6339"/>
    <w:rsid w:val="00AC1E65"/>
    <w:rsid w:val="00AD5160"/>
    <w:rsid w:val="00AE4322"/>
    <w:rsid w:val="00B47730"/>
    <w:rsid w:val="00B65B80"/>
    <w:rsid w:val="00B75455"/>
    <w:rsid w:val="00B87B5E"/>
    <w:rsid w:val="00BA50E0"/>
    <w:rsid w:val="00C331BD"/>
    <w:rsid w:val="00C43A6E"/>
    <w:rsid w:val="00C80D86"/>
    <w:rsid w:val="00CB0664"/>
    <w:rsid w:val="00CC71DD"/>
    <w:rsid w:val="00D014E0"/>
    <w:rsid w:val="00DC7223"/>
    <w:rsid w:val="00E75808"/>
    <w:rsid w:val="00E829BE"/>
    <w:rsid w:val="00EE4125"/>
    <w:rsid w:val="00EF700E"/>
    <w:rsid w:val="00F04634"/>
    <w:rsid w:val="00F618E3"/>
    <w:rsid w:val="00FB2A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EFE139"/>
  <w14:defaultImageDpi w14:val="300"/>
  <w15:docId w15:val="{BF677DFC-0C0B-47F1-A7A2-87FBF389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253746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69A6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D14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4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D5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Dajana Lazarevic</cp:lastModifiedBy>
  <cp:revision>34</cp:revision>
  <cp:lastPrinted>2026-08-27T11:21:00Z</cp:lastPrinted>
  <dcterms:created xsi:type="dcterms:W3CDTF">2013-12-23T23:15:00Z</dcterms:created>
  <dcterms:modified xsi:type="dcterms:W3CDTF">2026-09-01T07:57:00Z</dcterms:modified>
  <cp:category/>
</cp:coreProperties>
</file>